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שונים של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יצירתי בכתב ובציור על נושא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סוגי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זכות להבעת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החינוך הוא זכות יסוד לכל ילד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ילדים לוקחים אחריות, למשל על חוקי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הבעת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(ללמוד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(לשחק בחצר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(להיות בטוח מפני 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(לקבל טיפול רפואי כשחולים)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הכנת מגן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חלקו את הדף לארבעה 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זכות אחת מכל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ציירו סמל מתאים לכל זכות בחלק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אחת והסבר קצר למה היא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דבר שמגיע לילד, אחריות - דבר שעליו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זכות למשחק ואחריות לשמור על הציוד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זמן לשיתוף הציורים של מגן הזכויות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תלמיד מבין את ההבדל בין זכות לאחריות לפני משימות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מתקשים להתחיל מהמשימות הקלות יותר (mc ו-fill) לפני הכתיבה החופשית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על זכויות הילד - מה הן, למה הן חשובות, ואיך אפשר לבטא אותן בציור ובכתיבה.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חינוך  ·  הבעת דעה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סוגי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מהזכויות קשורה ללמידה ולהתפתחות?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זכות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זכות 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זכות מתאימה לילד שרוצה לבטא את דעתו?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זכות להבעת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זכות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זכות לשם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 היא רק למבוגרים ולא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יש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הזכות לומר מה אני חושב נקראת 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לקבל טיפול רפואי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להיות בטוח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ללמוד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לשחק בחצר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הכנת מגן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ציירו סמל מתאים לכל זכות בחלק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חלקו את הדף לארבעה חלקים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זכות אחת מכל 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לילד או ילדה בצד השני של העולם: איזו זכות הכי חשובה לכם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זכות ומהי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לזכות ואחריות מתאימה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- ציירו וכתבו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