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- ציירו וכתבו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שונים של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זכות לאחריות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יצירתי בכתב ובציור על נושא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סוגי הזכויות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זכות לחינוך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זכות היא דבר שמגיע לי, אחריות היא דבר שעלי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זכות להבעת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להציג ארבע זכויות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החינוך הוא זכות יסוד לכל ילד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ילדים לוקחים אחריות, למשל על חוקי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הזכות למשחק שייכת לכל הילדים והילדות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הסכם בינלאומי לטובת כל הילדים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זכות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(ללמוד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(לשחק בחצר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(להיות בטוח מפני פגיעה)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(לקבל טיפול רפואי כשחולים)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(לומר את דעתי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הכנת מגן הזכויות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חלקו את הדף לארבעה 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זכות אחת מכל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ציירו סמל מתאים לכל זכות בחלק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משפט קצר ליד כל 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הציגו את המגן לחברים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זכות אחת והסבר קצר למה היא חשובה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דמות עם כוח הקשור להגנה על זכות מסוימת, בתוספת דוגמה לפעולה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- דבר שמגיע לילד, אחריות - דבר שעליו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זכות למשחק ואחריות לשמור על הציוד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להקדיש זמן לשיתוף הציורים של מגן הזכויות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תלמיד מבין את ההבדל בין זכות לאחריות לפני משימות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מתקשים להתחיל מהמשימות הקלות יותר (mc ו-fill) לפני הכתיבה החופשית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- ציירו וכתבו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זכויות של ילדים. זכות היא דבר שמגיע לכל ילד וילדה. נתרגל לכתוב ולצייר על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ילד, למשל לימוד או 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שעל כל אחד לעשות כדי ששכולם יהיה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אמנת זכויות הילד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בינלאומי ששומר על זכויות הילדים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לחינוך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ללמוד ולהתפתח בבית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למשחק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לשחק ולהנות מזמן פנוי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להגנה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להיות בטוח ומוגן מפני פגיעה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להבעת 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לומר מה אני חושב ומרגיש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שווים בזכויות שלהם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סוגי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זכות קשורה ללימודים?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זכות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לשם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זכות לאחריות?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זכות היא דבר שמגיע לי, אחריות היא דבר שעלי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היא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אחריות היא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זכות קשורה לדיבור על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זכות להבעת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זכות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לשם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מציירים את מגן הזכויות?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ארבע זכויות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רק צבעים בלי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שם של ילד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היא רק למבוגרים ולא לילדים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למשחק שייכת רק לילדים קטנים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אמנת זכויות הילד שומרת על ילדים בכל העולם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יש 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הזכות לומר מה אני חושב נקראת 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לשמור על חוקי הכיתה, כל תלמיד צריך לקחת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במגן הזכויות יש __________ חלקים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זכות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לומר את דעתי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לקבל טיפול רפואי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ללמוד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להיות בטוח מפני פגיעה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 להבעת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לשחק בחצר בהפסקה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הכנת מגן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הציגו את המגן לחברים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חלקו את הדף לארבעה חלקים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זכות אחת מכל קבוצה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ציירו סמל מתאים לכל זכות בחלק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משפט קצר ליד כל ציור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לילד או ילדה בצד השני של העולם: איזו זכות הכי חשובה לכם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המציאו גיבור או גיבורת-על ששומרים על זכויות הילדים. תארו את הכוח המיוחד שלהם ואיך הם עוזרים לילדים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זכות ומהי 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ואחריות מתאימה 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זכות הכי חשובה לכם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 - ציירו וכתבו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