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שונים של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יצירתי בכתב ובציור על נושא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סוגי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זכות היא דבר שמגיע לי, אחריות היא דבר שעלי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זכות להבעת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להציג ארבע זכויות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החינוך הוא זכות יסוד לכל ילד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ילדים לוקחים אחריות, למשל על חוקי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הזכות למשחק שייכת לכל הילדים והילדות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הסכם בינלאומי לטובת כל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(ללמוד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(לשחק בחצר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(להיות בטוח מפני 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(לקבל טיפול רפואי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(לומר את דעתי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הכנת מגן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חלקו את הדף לארבעה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זכות אחת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ציירו סמל מתאים לכל זכות בחלק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משפט קצר ליד כל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הציגו את המגן לחברים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אחת והסבר קצר למה היא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דמות עם כוח הקשור להגנה על זכות מסוימת, בתוספת דוגמה לפעולה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דבר שמגיע לילד, אחריות - דבר שעליו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זכות למשחק ואחריות לשמור על הציוד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לשיתוף הציורים של מגן הזכויות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מבין את ההבדל בין זכות לאחריות לפני משימות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מתקשים להתחיל מהמשימות הקלות יותר (mc ו-fill) לפני הכתיבה החופשית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על זכויות הילד - מה הן, למה הן חשובות, ואיך אפשר לבטא אותן בציור ובכתיבה.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סוגי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מהזכויות קשורה ללמידה ולהתפתחות?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זכות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היא דבר שמגיע לי, אחריות היא דבר שעלי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היא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היא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מתאימה לילד שרוצה לבטא את דעתו?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להבעת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מגן הזכויות שמציירים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ארבע זכויות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רק צבעים בלי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שם של ילד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היא רק למבוגרים ולא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למשחק שייכת רק לילדים קטנים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אמנת זכויות הילד שומרת על ילדים בכל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לומר מה אני חושב נקראת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לשמור על חוקי הכיתה, כל תלמיד צריך לקחת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במגן הזכויות יש __________ חלקים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לשחק בחצר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להיות בטוח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לקבל טיפול רפואי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לומר את דעתי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להבעת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ללמוד בבית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הכנת מגן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הציגו את המגן לחברים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קצר ליד כל 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זכות אחת מכל 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חלקו את הדף לארבעה חלקים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ציירו סמל מתאים לכל זכות בחלק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לילד או ילדה בצד השני של העולם: איזו זכות הכי חשובה 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גיבור או גיבורת-על ששומרים על זכויות הילדים. תארו את הכוח המיוחד שלהם ואיך הם עוזרים לילדים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 ומהי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ואחריות 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זכות הכי חשובה 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- ציירו וכתבו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